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המספר (זכר/נקבה) לפי שם העצם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סתמי, מספר סודר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במספרים 11-19, במאות ואלפים, בתאריכים ובשעות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 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 סתמי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אחד בא אחרי שם העצם, למשל ילד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שלושה,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היום הראשון, הפעם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יום הוא זכר, לכן אומרים באחד בינואר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מאה היא נקבה, כמו שלוש 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(מספר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 בנקבה)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סתמי)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זכר או נקבה של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מחזירים את שם העצם ליחיד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צורת המספר המתאימה, עם ה או בלי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סמיכות, כלומר שם עצם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המשפט המלא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התאמה נכונה של המספר לשם העצם, שימוש נכון בזכר/נקבה, גיוון בסוגי מספרים (סתמי, סודר, 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מזהים נכון זכר/נקבה לפי היחיד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יודעים שמספר סתמי הוא בלי שם עצם ותמיד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נכון ביום (זכר) ובשעה (נקבה)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הדוגמאות הצהובות מהדף כדי לתרגל 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להתמקד קודם בטריק של ה-ה בזכר לפני המעבר לסמיכות ולמספרים הסודרים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בעל פה עם תאריכים ושעות אמיתיות מהיומן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המספר משתנה - פעם בזכר, פעם בנקבה. נלמד איך לבחור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שמתאים לשם עצם זכר, כמו שלושה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שמתאים לשם עצם נקבה, כמו שלוש בנות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בלי שם עצם, תמיד בנקבה, כמו קו חמש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שאומר באיזה מקום, כמו ראשון, 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מספר לשם עצם מיודע, כמו שלושת הילדים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11 עד 19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שבזכר נגמרים ב-עשר ובנקבה ב-עשרה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אגורה ושקל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יחידות כסף בישראל, שקל זכר ואגורה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הצורה הנכונה לשלושה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הצורה הנכונה לשלוש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שני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בלי המילה ילדות, איך 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מספר תמיד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בתאריך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אחד בא תמיד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בזכר, המספרים 3 עד 10 נגמרים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מתאים לשם העצם במין ובידיעה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בתאריכים תמיד משתמשים בצורת נקבה כי היום הוא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מאה היא מילה בזכר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__________ הגיע לכיתה (1)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גרתי בארץ __________ שנים (15,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 __________ מגיע לתחנה (5, מספר סתמי)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זאת הפעם ה__________ שאני מבקר כאן (2, 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לי __________ שקלים בארנק (2)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דוגמה לסוג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סתמי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 חוברות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 חמש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היום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שלושת הילדים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בזכר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צורת המספר המתאימה, עם ה או בלי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זכר או נקבה של 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מחזירים את שם העצם ליחיד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המשפט המלא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סמיכות, כלומר שם עצם מיודע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חמישה משפטים קצרים שמתארים את היום שלכם, וכללו בהם לפחות שני מספרים - אחד בזכר ואחד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בזכר ולמספר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מתי משתמשים במספר סתמי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תאריך ומשפט אחד עם שעה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