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מין המספר (זכר/נקבה) לפי שם העצם ביחיד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מספר סתמי, מספר סודר וסמיכות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במספרים 11-19, במאות ואלפים, בתאריכים ובשעות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 חוברות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אחד בא אחרי שם העצם, למשל ילד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שלושה,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היום הראשון, הפעם 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חמש עשרה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דוגמה לסוג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(מספר בזכר)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(מספר בנקבה)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(מספר סתמי)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(מספר סודר)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זכר או נקבה של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מחזירים את שם העצם ליחיד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את צורת המספר המתאימה, עם ה או בלי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יש סמיכות, כלומר שם עצם מיודע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התאמה נכונה של המספר לשם העצם, שימוש נכון בזכר/נקבה, גיוון בסוגי מספרים (סתמי, סודר, סמיכות)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מזהים נכון זכר/נקבה לפי היחיד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יודעים שמספר סתמי הוא בלי שם עצם ותמיד 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משתמשים נכון ביום (זכר) ובשעה (נקבה)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הדוגמאות הצהובות מהדף כדי לתרגל הגייה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להתמקד קודם בטריק של ה-ה בזכר לפני המעבר לסמיכות ולמספרים הסודרים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בעל פה עם תאריכים ושעות אמיתיות מהיומן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המספר משתנה לפי המין של שם העצם שהוא סופר. בדף הזה נתרגל איך לבחור את צורת המספר הנכונה - בזכר, בנקבה, בסמיכות, בתאריכים ובשעות.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חמש עשרה  ·  אחד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ביטוי נכון: 3 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שלושת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ביטוי נכון: 3 חוברות?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 חוברות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 חוברות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שלושת חוברות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המספר אחד בא תמיד לפני שם העצם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בזכר, המספרים 3 עד 10 נגמרים באות 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מספר סודר מתאים לשם העצם במין ובידיעה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המספר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ילד __________ הגיע לכיתה (1)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גרתי בארץ __________ שנים (15, נקבה)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דוגמה לסוג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שלושה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מספר בנקבה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שלוש חוברות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מספר סתמי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קו חמש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מספר סודר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היום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מספר בזכר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יש סמיכות, כלומר שם עצם מיודע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את צורת המספר המתאימה, עם ה או בלי 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מחזירים את שם העצם ליחיד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זכר או נקבה של שם העצם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חמישה משפטים קצרים שמתארים את היום שלכם, וכללו בהם לפחות שני מספרים - אחד בזכר ואחד בנקבה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למספר בזכר ולמספר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מתי משתמשים במספר סתמי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